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C0710" w14:textId="090B4FE9" w:rsidR="00F35EA1" w:rsidRPr="00BA0397" w:rsidRDefault="00F35EA1" w:rsidP="00496D6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Anexa 1 </w:t>
      </w:r>
    </w:p>
    <w:p w14:paraId="4AE7DD27" w14:textId="77777777" w:rsidR="009A130D" w:rsidRPr="00BA0397" w:rsidRDefault="009A130D" w:rsidP="00496D6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B228EC0" w14:textId="77777777" w:rsidR="009A130D" w:rsidRPr="00BA0397" w:rsidRDefault="009A130D" w:rsidP="00496D6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EF7E33A" w14:textId="3C1C0CC4" w:rsidR="00F35EA1" w:rsidRPr="00BA0397" w:rsidRDefault="00F35EA1" w:rsidP="00496D6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>SCRISOARE DE INTENŢIE</w:t>
      </w:r>
    </w:p>
    <w:p w14:paraId="3D1776BE" w14:textId="77777777" w:rsidR="009A130D" w:rsidRPr="00BA0397" w:rsidRDefault="009A130D" w:rsidP="00496D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6D50FEB" w14:textId="7B88AD3C" w:rsidR="00F35EA1" w:rsidRPr="00BA0397" w:rsidRDefault="00F35EA1" w:rsidP="00496D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pentru participarea ca partener în cadrul unui proiect finanţat prin </w:t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PROGRAMUL EDUCAȚIE și OCUPARE 2021 -2027 Prioritatea: P7 Creșterea calității ofertei de educație și formare profesională pentru asigurarea echității sistemului și o mai bună adaptare la dinamica pieței muncii și la provocările inovării și progresului tehnologic </w:t>
      </w:r>
      <w:r w:rsidRPr="00BA0397">
        <w:rPr>
          <w:rFonts w:ascii="Times New Roman" w:hAnsi="Times New Roman" w:cs="Times New Roman"/>
          <w:sz w:val="24"/>
          <w:szCs w:val="24"/>
          <w:lang w:val="ro-RO"/>
        </w:rPr>
        <w:t>ce urmează a fi depus de către Școala Gimnazială ”</w:t>
      </w:r>
      <w:r w:rsidR="003C2ABB" w:rsidRPr="00BA0397">
        <w:rPr>
          <w:rFonts w:ascii="Times New Roman" w:hAnsi="Times New Roman" w:cs="Times New Roman"/>
          <w:sz w:val="24"/>
          <w:szCs w:val="24"/>
          <w:lang w:val="ro-RO"/>
        </w:rPr>
        <w:t>Alexandru Ioan Cuza</w:t>
      </w: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” </w:t>
      </w:r>
      <w:r w:rsidR="003C2ABB" w:rsidRPr="00BA0397">
        <w:rPr>
          <w:rFonts w:ascii="Times New Roman" w:hAnsi="Times New Roman" w:cs="Times New Roman"/>
          <w:sz w:val="24"/>
          <w:szCs w:val="24"/>
          <w:lang w:val="ro-RO"/>
        </w:rPr>
        <w:t>Dorohoi</w:t>
      </w:r>
      <w:r w:rsidRPr="00BA0397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96FBDD1" w14:textId="77777777" w:rsidR="00F35EA1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6D0A123" w14:textId="456AD7AC" w:rsidR="00F35EA1" w:rsidRPr="00BA0397" w:rsidRDefault="00F35EA1" w:rsidP="00496D6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În urma anunţului dumneavoastră privind încheierea unui Acord de Parteneriat cu organizaţii neguvernamentale, pentru depunerea unei cereri de finanţare în cadrul </w:t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PROGRAMULUI EDUCAȚIE și OCUPARE 2021-2027 Prioritatea: P7 Creșterea calității ofertei de educație și formare profesională pentru asigurarea echității sistemului și o mai bună adaptare la dinamica pieței muncii și la provocările inovării și progresului tehnologic </w:t>
      </w: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………………………………………………………………………….(denumire organizație) își exprimă intenţia de a participa ca partener în cadrul proiectului. </w:t>
      </w:r>
    </w:p>
    <w:p w14:paraId="5CC26B5E" w14:textId="77777777" w:rsidR="00F35EA1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Precizăm că …………………………………………………………………..(denumirea organizației), se încadrează în categoriile de parteneri eligibili, conform ghidului aplicantului al apelului de proiecte. </w:t>
      </w:r>
    </w:p>
    <w:p w14:paraId="299DE312" w14:textId="77777777" w:rsidR="00F35EA1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De asemenea organizaţia noastră dispune de personal specializat şi de resurse materiale pentru implementarea activităţilor proiectului. </w:t>
      </w:r>
    </w:p>
    <w:p w14:paraId="291CEEED" w14:textId="77777777" w:rsidR="00F35EA1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Declar pe propria răspundere că: </w:t>
      </w:r>
    </w:p>
    <w:p w14:paraId="5606B537" w14:textId="77777777" w:rsidR="00F35EA1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a) Nu suntem subiect al unui conflict de interese; </w:t>
      </w:r>
    </w:p>
    <w:p w14:paraId="5A62E4E2" w14:textId="75A91988" w:rsidR="00F35EA1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b) </w:t>
      </w:r>
      <w:r w:rsidR="00D11C24" w:rsidRPr="00BA0397">
        <w:rPr>
          <w:rFonts w:ascii="Times New Roman" w:hAnsi="Times New Roman" w:cs="Times New Roman"/>
          <w:sz w:val="24"/>
          <w:szCs w:val="24"/>
          <w:lang w:val="ro-RO"/>
        </w:rPr>
        <w:t>Organizația îndeplinește condițiile de eligibilitate aplicabile privind obligațiile de plată către bugetul de stat și bugetul local și va prezenta certificatele de atestare fiscală valabile solicitate prin anunț.</w:t>
      </w:r>
    </w:p>
    <w:p w14:paraId="1EF38D24" w14:textId="77777777" w:rsidR="00F35EA1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07A6C28" w14:textId="77777777" w:rsidR="00F35EA1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Având în vedere cele prezentate, vă rugăm să acceptaţi ca organizaţia noastră să devină partener în cadrul proiectului pe care instituţia dumneavoastră dorește să îl depună. </w:t>
      </w:r>
    </w:p>
    <w:p w14:paraId="253D91B4" w14:textId="77777777" w:rsidR="009A130D" w:rsidRPr="00BA0397" w:rsidRDefault="009A130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099BC3F" w14:textId="77777777" w:rsidR="009A130D" w:rsidRPr="00BA0397" w:rsidRDefault="009A130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393F858" w14:textId="77777777" w:rsidR="00F35EA1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Numele şi prenumele reprezentantului legal </w:t>
      </w:r>
    </w:p>
    <w:p w14:paraId="0EAB428E" w14:textId="77777777" w:rsidR="00F35EA1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Semnătură </w:t>
      </w:r>
    </w:p>
    <w:p w14:paraId="3901733B" w14:textId="4D57966F" w:rsidR="00F73186" w:rsidRPr="00BA0397" w:rsidRDefault="00F35EA1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 xml:space="preserve">Ștampila </w:t>
      </w:r>
      <w:r w:rsidR="009A130D" w:rsidRPr="00BA039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9A130D" w:rsidRPr="00BA039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9A130D" w:rsidRPr="00BA039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9A130D" w:rsidRPr="00BA039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9A130D" w:rsidRPr="00BA039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9A130D" w:rsidRPr="00BA039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9A130D" w:rsidRPr="00BA039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9A130D" w:rsidRPr="00BA039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9A130D" w:rsidRPr="00BA0397">
        <w:rPr>
          <w:rFonts w:ascii="Times New Roman" w:hAnsi="Times New Roman" w:cs="Times New Roman"/>
          <w:sz w:val="24"/>
          <w:szCs w:val="24"/>
          <w:lang w:val="ro-RO"/>
        </w:rPr>
        <w:tab/>
      </w:r>
      <w:r w:rsidR="009A130D" w:rsidRPr="00BA0397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sz w:val="24"/>
          <w:szCs w:val="24"/>
          <w:lang w:val="ro-RO"/>
        </w:rPr>
        <w:t>Data</w:t>
      </w:r>
    </w:p>
    <w:p w14:paraId="70285178" w14:textId="77777777" w:rsidR="009A130D" w:rsidRPr="00BA0397" w:rsidRDefault="009A130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0E3EEB3" w14:textId="77777777" w:rsidR="009A130D" w:rsidRPr="00BA0397" w:rsidRDefault="009A130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ADC2D04" w14:textId="77777777" w:rsidR="009A130D" w:rsidRPr="00BA0397" w:rsidRDefault="009A130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333E14B" w14:textId="77777777" w:rsidR="009A130D" w:rsidRPr="00BA0397" w:rsidRDefault="009A130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39D9DFC" w14:textId="77777777" w:rsidR="009A130D" w:rsidRPr="00BA0397" w:rsidRDefault="009A130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969F3C6" w14:textId="77777777" w:rsidR="009A130D" w:rsidRPr="00BA0397" w:rsidRDefault="009A130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EAAF9AD" w14:textId="77777777" w:rsidR="00B736E3" w:rsidRPr="00BA0397" w:rsidRDefault="00B736E3" w:rsidP="00496D6D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211F9E3" w14:textId="77777777" w:rsidR="00B736E3" w:rsidRPr="00BA0397" w:rsidRDefault="00B736E3" w:rsidP="00496D6D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D12924B" w14:textId="72C80DE2" w:rsidR="009A130D" w:rsidRPr="00BA0397" w:rsidRDefault="009A130D" w:rsidP="00496D6D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bookmarkStart w:id="0" w:name="_GoBack"/>
      <w:bookmarkEnd w:id="0"/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Anexa 2 </w:t>
      </w:r>
    </w:p>
    <w:p w14:paraId="55C75C1F" w14:textId="0C83189F" w:rsidR="009A130D" w:rsidRPr="00BA0397" w:rsidRDefault="009A130D" w:rsidP="00496D6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>Fișa partenerului</w:t>
      </w:r>
    </w:p>
    <w:p w14:paraId="73CE533E" w14:textId="77777777" w:rsidR="009A130D" w:rsidRPr="00BA0397" w:rsidRDefault="009A130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6197"/>
      </w:tblGrid>
      <w:tr w:rsidR="009A130D" w:rsidRPr="00BA0397" w14:paraId="58BDEFDB" w14:textId="77777777" w:rsidTr="009A130D">
        <w:tc>
          <w:tcPr>
            <w:tcW w:w="4219" w:type="dxa"/>
          </w:tcPr>
          <w:p w14:paraId="1036D0FB" w14:textId="7ECD7619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Denumire organizaţie</w:t>
            </w:r>
          </w:p>
        </w:tc>
        <w:tc>
          <w:tcPr>
            <w:tcW w:w="6197" w:type="dxa"/>
          </w:tcPr>
          <w:p w14:paraId="21FBECF3" w14:textId="77777777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A130D" w:rsidRPr="00BA0397" w14:paraId="3704B030" w14:textId="77777777" w:rsidTr="009A130D">
        <w:tc>
          <w:tcPr>
            <w:tcW w:w="4219" w:type="dxa"/>
          </w:tcPr>
          <w:p w14:paraId="09A78CA3" w14:textId="2B388DA0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Acronim, dacă e cazul</w:t>
            </w:r>
          </w:p>
        </w:tc>
        <w:tc>
          <w:tcPr>
            <w:tcW w:w="6197" w:type="dxa"/>
          </w:tcPr>
          <w:p w14:paraId="7BCB0827" w14:textId="77777777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A130D" w:rsidRPr="00BA0397" w14:paraId="47BEF38C" w14:textId="77777777" w:rsidTr="009A130D">
        <w:tc>
          <w:tcPr>
            <w:tcW w:w="4219" w:type="dxa"/>
          </w:tcPr>
          <w:p w14:paraId="49E7EA31" w14:textId="339E065F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Cod de înregistrare fiscală</w:t>
            </w:r>
          </w:p>
        </w:tc>
        <w:tc>
          <w:tcPr>
            <w:tcW w:w="6197" w:type="dxa"/>
          </w:tcPr>
          <w:p w14:paraId="611041F3" w14:textId="77777777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A130D" w:rsidRPr="00BA0397" w14:paraId="66E8EA0A" w14:textId="77777777" w:rsidTr="009A130D">
        <w:tc>
          <w:tcPr>
            <w:tcW w:w="4219" w:type="dxa"/>
          </w:tcPr>
          <w:p w14:paraId="610C1EF6" w14:textId="37595259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de la Registrul Asociaţilor şi Fundațiilor</w:t>
            </w:r>
          </w:p>
        </w:tc>
        <w:tc>
          <w:tcPr>
            <w:tcW w:w="6197" w:type="dxa"/>
          </w:tcPr>
          <w:p w14:paraId="290CB0D7" w14:textId="77777777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A130D" w:rsidRPr="00BA0397" w14:paraId="389D64A5" w14:textId="77777777" w:rsidTr="009A130D">
        <w:tc>
          <w:tcPr>
            <w:tcW w:w="4219" w:type="dxa"/>
          </w:tcPr>
          <w:p w14:paraId="10677BD8" w14:textId="5E16E60D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Anul înființării</w:t>
            </w:r>
          </w:p>
        </w:tc>
        <w:tc>
          <w:tcPr>
            <w:tcW w:w="6197" w:type="dxa"/>
          </w:tcPr>
          <w:p w14:paraId="6D06CAC2" w14:textId="77777777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A130D" w:rsidRPr="00BA0397" w14:paraId="4D9DA5C2" w14:textId="77777777" w:rsidTr="009A130D">
        <w:tc>
          <w:tcPr>
            <w:tcW w:w="4219" w:type="dxa"/>
          </w:tcPr>
          <w:p w14:paraId="61FECEA5" w14:textId="25B99A64" w:rsidR="009A130D" w:rsidRPr="00BA0397" w:rsidRDefault="00703443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Venituri totale conform situațiilor financiare </w:t>
            </w:r>
            <w:r w:rsidR="009A130D"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(pe ultimii trei ani)</w:t>
            </w:r>
          </w:p>
        </w:tc>
        <w:tc>
          <w:tcPr>
            <w:tcW w:w="6197" w:type="dxa"/>
          </w:tcPr>
          <w:p w14:paraId="074A6F54" w14:textId="77777777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A130D" w:rsidRPr="00BA0397" w14:paraId="40F16835" w14:textId="77777777" w:rsidTr="009A130D">
        <w:tc>
          <w:tcPr>
            <w:tcW w:w="4219" w:type="dxa"/>
          </w:tcPr>
          <w:p w14:paraId="4C226449" w14:textId="05480455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Date de contact (adresă. telefon, fax, email)</w:t>
            </w:r>
          </w:p>
        </w:tc>
        <w:tc>
          <w:tcPr>
            <w:tcW w:w="6197" w:type="dxa"/>
          </w:tcPr>
          <w:p w14:paraId="5E6E1A3C" w14:textId="77777777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A130D" w:rsidRPr="00BA0397" w14:paraId="019576BD" w14:textId="77777777" w:rsidTr="009A130D">
        <w:tc>
          <w:tcPr>
            <w:tcW w:w="4219" w:type="dxa"/>
          </w:tcPr>
          <w:p w14:paraId="3363D683" w14:textId="36DAD751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Persoană de contact (nume, poziţie în organizaţie)</w:t>
            </w:r>
          </w:p>
        </w:tc>
        <w:tc>
          <w:tcPr>
            <w:tcW w:w="6197" w:type="dxa"/>
          </w:tcPr>
          <w:p w14:paraId="18294053" w14:textId="77777777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9A130D" w:rsidRPr="00BA0397" w14:paraId="28335B79" w14:textId="77777777" w:rsidTr="009A130D">
        <w:tc>
          <w:tcPr>
            <w:tcW w:w="4219" w:type="dxa"/>
          </w:tcPr>
          <w:p w14:paraId="06A4E4EB" w14:textId="7A359504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Descrierea activităţii organizaţiei relevantă pentru acest proiect</w:t>
            </w:r>
          </w:p>
        </w:tc>
        <w:tc>
          <w:tcPr>
            <w:tcW w:w="6197" w:type="dxa"/>
          </w:tcPr>
          <w:p w14:paraId="7EEEBF71" w14:textId="541BF393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Vă rugăm să descrieți dacă în Statutul organizației se regăsesc activități de natura celor care sunt necesare implementării proiectului, conform cu tema proiectului şi activitățile la care doriți să fiți parteneri</w:t>
            </w:r>
          </w:p>
        </w:tc>
      </w:tr>
      <w:tr w:rsidR="009A130D" w:rsidRPr="00BA0397" w14:paraId="04D8AB6A" w14:textId="77777777" w:rsidTr="00703443">
        <w:tc>
          <w:tcPr>
            <w:tcW w:w="4219" w:type="dxa"/>
            <w:tcBorders>
              <w:top w:val="none" w:sz="6" w:space="0" w:color="auto"/>
              <w:bottom w:val="none" w:sz="6" w:space="0" w:color="auto"/>
              <w:right w:val="single" w:sz="4" w:space="0" w:color="auto"/>
            </w:tcBorders>
          </w:tcPr>
          <w:p w14:paraId="36408F82" w14:textId="77777777" w:rsidR="009A130D" w:rsidRPr="00BA0397" w:rsidRDefault="009A130D" w:rsidP="00496D6D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BA0397">
              <w:rPr>
                <w:rFonts w:ascii="Times New Roman" w:hAnsi="Times New Roman" w:cs="Times New Roman"/>
              </w:rPr>
              <w:t xml:space="preserve">Activitatea/activitățile din cadrul </w:t>
            </w:r>
          </w:p>
          <w:p w14:paraId="013AFB98" w14:textId="65CE4511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proiectului în care doriți să vă implicați (conform ghidului) </w:t>
            </w:r>
          </w:p>
        </w:tc>
        <w:tc>
          <w:tcPr>
            <w:tcW w:w="6197" w:type="dxa"/>
            <w:tcBorders>
              <w:top w:val="none" w:sz="6" w:space="0" w:color="auto"/>
              <w:left w:val="single" w:sz="4" w:space="0" w:color="auto"/>
              <w:bottom w:val="none" w:sz="6" w:space="0" w:color="auto"/>
            </w:tcBorders>
          </w:tcPr>
          <w:p w14:paraId="4ED2B78E" w14:textId="353C8B06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Vă rugăm să detaliați modalitatea de implicare a dumneavoastră în activitățile proiectului </w:t>
            </w:r>
          </w:p>
        </w:tc>
      </w:tr>
      <w:tr w:rsidR="009A130D" w:rsidRPr="00BA0397" w14:paraId="71DFCEA8" w14:textId="77777777" w:rsidTr="00703443">
        <w:tc>
          <w:tcPr>
            <w:tcW w:w="4219" w:type="dxa"/>
            <w:tcBorders>
              <w:top w:val="none" w:sz="6" w:space="0" w:color="auto"/>
              <w:bottom w:val="single" w:sz="4" w:space="0" w:color="auto"/>
              <w:right w:val="single" w:sz="4" w:space="0" w:color="auto"/>
            </w:tcBorders>
          </w:tcPr>
          <w:p w14:paraId="2E28638E" w14:textId="54D39B3B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Resurse umane </w:t>
            </w:r>
          </w:p>
        </w:tc>
        <w:tc>
          <w:tcPr>
            <w:tcW w:w="6197" w:type="dxa"/>
            <w:tcBorders>
              <w:top w:val="none" w:sz="6" w:space="0" w:color="auto"/>
              <w:left w:val="single" w:sz="4" w:space="0" w:color="auto"/>
              <w:bottom w:val="single" w:sz="4" w:space="0" w:color="auto"/>
            </w:tcBorders>
          </w:tcPr>
          <w:p w14:paraId="54F70405" w14:textId="77777777" w:rsidR="009A130D" w:rsidRPr="00BA0397" w:rsidRDefault="009A130D" w:rsidP="00496D6D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  <w:r w:rsidRPr="00BA0397">
              <w:rPr>
                <w:rFonts w:ascii="Times New Roman" w:hAnsi="Times New Roman" w:cs="Times New Roman"/>
              </w:rPr>
              <w:t xml:space="preserve">Se va trece numărui total de angajați, din care </w:t>
            </w:r>
          </w:p>
          <w:p w14:paraId="5E800F82" w14:textId="236208A3" w:rsidR="009A130D" w:rsidRPr="00BA0397" w:rsidRDefault="009A130D" w:rsidP="00496D6D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personalul relevant pentru implementarea activităților în care partenerul doreşte să se implice şi pe care le-a menționat mai sus. </w:t>
            </w:r>
          </w:p>
        </w:tc>
      </w:tr>
    </w:tbl>
    <w:p w14:paraId="6A4AEEF1" w14:textId="77777777" w:rsidR="009A130D" w:rsidRPr="00BA0397" w:rsidRDefault="009A130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C99D001" w14:textId="77777777" w:rsidR="0083253D" w:rsidRPr="00BA0397" w:rsidRDefault="0083253D" w:rsidP="00496D6D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sz w:val="24"/>
          <w:szCs w:val="24"/>
          <w:lang w:val="ro-RO"/>
        </w:rPr>
        <w:t>Finanțări anterioare ( informații şi detalii privind asistenţa financiară nerambursabilă primită în ultimii ani, raportată la data depunerii cererii de finanțare din fonduri publice sau alte surse financiare de către partener).</w:t>
      </w:r>
    </w:p>
    <w:p w14:paraId="35C77579" w14:textId="33CDA4BC" w:rsidR="009A130D" w:rsidRPr="00BA0397" w:rsidRDefault="0083253D" w:rsidP="00496D6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>Pentru fiecare proiect relevant, menționați:</w:t>
      </w:r>
    </w:p>
    <w:p w14:paraId="1D8317C9" w14:textId="77777777" w:rsidR="00703443" w:rsidRPr="00BA0397" w:rsidRDefault="00703443" w:rsidP="00496D6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9"/>
        <w:gridCol w:w="6197"/>
      </w:tblGrid>
      <w:tr w:rsidR="0083253D" w:rsidRPr="00BA0397" w14:paraId="3BC180E2" w14:textId="77777777" w:rsidTr="00703443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0C338503" w14:textId="0BCD5814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Titlul </w:t>
            </w:r>
            <w:r w:rsidR="00703443"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proiectului  </w:t>
            </w: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(conform contractului de finanțare)</w:t>
            </w:r>
          </w:p>
        </w:tc>
        <w:tc>
          <w:tcPr>
            <w:tcW w:w="6197" w:type="dxa"/>
          </w:tcPr>
          <w:p w14:paraId="2F827B50" w14:textId="7777777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3253D" w:rsidRPr="00BA0397" w14:paraId="05FD5388" w14:textId="77777777" w:rsidTr="00703443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097A2942" w14:textId="65DD03C6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ID-ul sau nr. proiectului (acordat de instituția financiară) </w:t>
            </w:r>
          </w:p>
        </w:tc>
        <w:tc>
          <w:tcPr>
            <w:tcW w:w="6197" w:type="dxa"/>
          </w:tcPr>
          <w:p w14:paraId="2E8D8392" w14:textId="7777777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3253D" w:rsidRPr="00BA0397" w14:paraId="2D198175" w14:textId="77777777" w:rsidTr="00703443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627A3390" w14:textId="6AE6B558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Calitatea avută în cadrul proiectului (solicitant sau partener) </w:t>
            </w:r>
          </w:p>
        </w:tc>
        <w:tc>
          <w:tcPr>
            <w:tcW w:w="6197" w:type="dxa"/>
          </w:tcPr>
          <w:p w14:paraId="05190D22" w14:textId="7777777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3253D" w:rsidRPr="00BA0397" w14:paraId="7DC45A9D" w14:textId="77777777" w:rsidTr="00703443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46883082" w14:textId="2FC7D8D2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Obiectivul proiectului </w:t>
            </w:r>
          </w:p>
        </w:tc>
        <w:tc>
          <w:tcPr>
            <w:tcW w:w="6197" w:type="dxa"/>
          </w:tcPr>
          <w:p w14:paraId="71B9BE3F" w14:textId="7777777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3253D" w:rsidRPr="00BA0397" w14:paraId="0D04C3D6" w14:textId="77777777" w:rsidTr="00703443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70D5303E" w14:textId="20D5C0D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Stadiul implementării proiectului </w:t>
            </w:r>
          </w:p>
        </w:tc>
        <w:tc>
          <w:tcPr>
            <w:tcW w:w="6197" w:type="dxa"/>
          </w:tcPr>
          <w:p w14:paraId="3DA8BA6D" w14:textId="7777777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3253D" w:rsidRPr="00BA0397" w14:paraId="673E8946" w14:textId="77777777" w:rsidTr="00703443">
        <w:tc>
          <w:tcPr>
            <w:tcW w:w="4219" w:type="dxa"/>
            <w:tcBorders>
              <w:top w:val="single" w:sz="4" w:space="0" w:color="auto"/>
              <w:bottom w:val="none" w:sz="6" w:space="0" w:color="auto"/>
            </w:tcBorders>
          </w:tcPr>
          <w:p w14:paraId="0AD9B339" w14:textId="4353B5B2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Rezultatele parțiale sau finale ale </w:t>
            </w: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proiectului </w:t>
            </w:r>
          </w:p>
        </w:tc>
        <w:tc>
          <w:tcPr>
            <w:tcW w:w="6197" w:type="dxa"/>
          </w:tcPr>
          <w:p w14:paraId="5CBD5A50" w14:textId="7777777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3253D" w:rsidRPr="00BA0397" w14:paraId="477F2B87" w14:textId="77777777" w:rsidTr="00703443">
        <w:tc>
          <w:tcPr>
            <w:tcW w:w="4219" w:type="dxa"/>
            <w:tcBorders>
              <w:top w:val="none" w:sz="6" w:space="0" w:color="auto"/>
              <w:bottom w:val="single" w:sz="4" w:space="0" w:color="auto"/>
            </w:tcBorders>
          </w:tcPr>
          <w:p w14:paraId="4E0754E3" w14:textId="7D6E535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Valoarea totală a proiectului </w:t>
            </w:r>
          </w:p>
        </w:tc>
        <w:tc>
          <w:tcPr>
            <w:tcW w:w="6197" w:type="dxa"/>
          </w:tcPr>
          <w:p w14:paraId="0A505951" w14:textId="7777777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3253D" w:rsidRPr="00BA0397" w14:paraId="065ACF34" w14:textId="77777777" w:rsidTr="00703443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08DCFE1A" w14:textId="5F000E5E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Sursa de finanțare (buget de stat, local, surse externe nerambursabile, surse externe nerambursabile) </w:t>
            </w:r>
          </w:p>
        </w:tc>
        <w:tc>
          <w:tcPr>
            <w:tcW w:w="6197" w:type="dxa"/>
          </w:tcPr>
          <w:p w14:paraId="210CE285" w14:textId="7777777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3253D" w:rsidRPr="00BA0397" w14:paraId="4FB774A7" w14:textId="77777777" w:rsidTr="00703443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7B2FA314" w14:textId="2034209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BA039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Numele instituției finanțatoare </w:t>
            </w:r>
          </w:p>
        </w:tc>
        <w:tc>
          <w:tcPr>
            <w:tcW w:w="6197" w:type="dxa"/>
          </w:tcPr>
          <w:p w14:paraId="6D903112" w14:textId="77777777" w:rsidR="0083253D" w:rsidRPr="00BA0397" w:rsidRDefault="0083253D" w:rsidP="00496D6D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14:paraId="16E7B915" w14:textId="77777777" w:rsidR="00703443" w:rsidRPr="00BA0397" w:rsidRDefault="00703443" w:rsidP="00496D6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F7FBFA3" w14:textId="77777777" w:rsidR="00703443" w:rsidRPr="00BA0397" w:rsidRDefault="00703443" w:rsidP="00496D6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6D13E494" w14:textId="52B40710" w:rsidR="0083253D" w:rsidRPr="00BA0397" w:rsidRDefault="0083253D" w:rsidP="00496D6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Numele și prenumele reprezentatului legal: </w:t>
      </w:r>
    </w:p>
    <w:p w14:paraId="2F350125" w14:textId="77777777" w:rsidR="0083253D" w:rsidRPr="00BA0397" w:rsidRDefault="0083253D" w:rsidP="00496D6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Semnătura </w:t>
      </w:r>
    </w:p>
    <w:p w14:paraId="54C9029B" w14:textId="0FFEBA0C" w:rsidR="009A130D" w:rsidRPr="00BA0397" w:rsidRDefault="0083253D" w:rsidP="00496D6D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Ștampila </w:t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BA0397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>Data:</w:t>
      </w:r>
    </w:p>
    <w:sectPr w:rsidR="009A130D" w:rsidRPr="00BA0397" w:rsidSect="003B0EAC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2240" w:h="15840"/>
      <w:pgMar w:top="1474" w:right="1020" w:bottom="907" w:left="1020" w:header="198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DD178B" w14:textId="77777777" w:rsidR="00D90508" w:rsidRDefault="00D90508">
      <w:pPr>
        <w:spacing w:after="0" w:line="240" w:lineRule="auto"/>
      </w:pPr>
      <w:r>
        <w:separator/>
      </w:r>
    </w:p>
  </w:endnote>
  <w:endnote w:type="continuationSeparator" w:id="0">
    <w:p w14:paraId="01237543" w14:textId="77777777" w:rsidR="00D90508" w:rsidRDefault="00D90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E81408" w14:textId="02CE82C5" w:rsidR="0083253D" w:rsidRDefault="0083253D">
    <w:pPr>
      <w:pStyle w:val="Footer"/>
      <w:jc w:val="center"/>
    </w:pPr>
  </w:p>
  <w:p w14:paraId="18796A1A" w14:textId="77777777" w:rsidR="0083253D" w:rsidRDefault="008325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6095081"/>
      <w:docPartObj>
        <w:docPartGallery w:val="Page Numbers (Bottom of Page)"/>
        <w:docPartUnique/>
      </w:docPartObj>
    </w:sdtPr>
    <w:sdtEndPr/>
    <w:sdtContent>
      <w:p w14:paraId="12358E53" w14:textId="20185B1B" w:rsidR="003B0EAC" w:rsidRDefault="003B0EA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</w:p>
    </w:sdtContent>
  </w:sdt>
  <w:p w14:paraId="5CACC5C7" w14:textId="77777777" w:rsidR="0083253D" w:rsidRDefault="008325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32B7E4" w14:textId="77777777" w:rsidR="00D90508" w:rsidRDefault="00D90508">
      <w:pPr>
        <w:spacing w:after="0" w:line="240" w:lineRule="auto"/>
      </w:pPr>
      <w:r>
        <w:separator/>
      </w:r>
    </w:p>
  </w:footnote>
  <w:footnote w:type="continuationSeparator" w:id="0">
    <w:p w14:paraId="4583BA0A" w14:textId="77777777" w:rsidR="00D90508" w:rsidRDefault="00D90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1247"/>
      <w:gridCol w:w="8617"/>
    </w:tblGrid>
    <w:tr w:rsidR="005C4D45" w14:paraId="3F3F4FA8" w14:textId="77777777">
      <w:trPr>
        <w:jc w:val="center"/>
      </w:trPr>
      <w:tc>
        <w:tcPr>
          <w:tcW w:w="1247" w:type="dxa"/>
          <w:tcMar>
            <w:top w:w="0" w:type="dxa"/>
            <w:left w:w="0" w:type="dxa"/>
            <w:bottom w:w="0" w:type="dxa"/>
            <w:right w:w="80" w:type="dxa"/>
          </w:tcMar>
          <w:vAlign w:val="center"/>
        </w:tcPr>
        <w:p w14:paraId="2E2ED01E" w14:textId="77777777" w:rsidR="005C4D45" w:rsidRDefault="00A4095F">
          <w:pPr>
            <w:jc w:val="center"/>
          </w:pPr>
          <w:r>
            <w:rPr>
              <w:noProof/>
            </w:rPr>
            <w:drawing>
              <wp:inline distT="0" distB="0" distL="0" distR="0" wp14:anchorId="16A7CDC7" wp14:editId="3E8E188B">
                <wp:extent cx="666000" cy="651253"/>
                <wp:effectExtent l="0" t="0" r="0" b="0"/>
                <wp:docPr id="60812310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sgod-1400x136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000" cy="6512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17" w:type="dxa"/>
          <w:tcMar>
            <w:top w:w="0" w:type="dxa"/>
            <w:left w:w="70" w:type="dxa"/>
            <w:bottom w:w="0" w:type="dxa"/>
            <w:right w:w="0" w:type="dxa"/>
          </w:tcMar>
          <w:vAlign w:val="center"/>
        </w:tcPr>
        <w:p w14:paraId="54F2C7B2" w14:textId="77777777" w:rsidR="005C4D45" w:rsidRDefault="00A4095F">
          <w:r>
            <w:rPr>
              <w:rFonts w:eastAsia="Arial"/>
              <w:b/>
              <w:color w:val="9E1B23"/>
              <w:sz w:val="18"/>
            </w:rPr>
            <w:t>ȘCOALA GIMNAZIALĂ OVID DENSUȘIANU FĂGĂRAȘ</w:t>
          </w:r>
        </w:p>
        <w:p w14:paraId="00E3D3C1" w14:textId="1DF59321" w:rsidR="005C4D45" w:rsidRDefault="005C4D45">
          <w:pPr>
            <w:spacing w:after="0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1247"/>
      <w:gridCol w:w="8617"/>
    </w:tblGrid>
    <w:tr w:rsidR="005C4D45" w14:paraId="53A40B43" w14:textId="77777777">
      <w:trPr>
        <w:jc w:val="center"/>
      </w:trPr>
      <w:tc>
        <w:tcPr>
          <w:tcW w:w="1247" w:type="dxa"/>
          <w:tcMar>
            <w:top w:w="0" w:type="dxa"/>
            <w:left w:w="0" w:type="dxa"/>
            <w:bottom w:w="0" w:type="dxa"/>
            <w:right w:w="80" w:type="dxa"/>
          </w:tcMar>
          <w:vAlign w:val="center"/>
        </w:tcPr>
        <w:p w14:paraId="72918CAA" w14:textId="77777777" w:rsidR="00496D6D" w:rsidRDefault="00496D6D">
          <w:pPr>
            <w:jc w:val="center"/>
          </w:pPr>
        </w:p>
      </w:tc>
      <w:tc>
        <w:tcPr>
          <w:tcW w:w="8617" w:type="dxa"/>
          <w:tcMar>
            <w:top w:w="0" w:type="dxa"/>
            <w:left w:w="70" w:type="dxa"/>
            <w:bottom w:w="0" w:type="dxa"/>
            <w:right w:w="0" w:type="dxa"/>
          </w:tcMar>
          <w:vAlign w:val="center"/>
        </w:tcPr>
        <w:p w14:paraId="08E1A5D8" w14:textId="3F42A302" w:rsidR="005C4D45" w:rsidRDefault="005C4D45">
          <w:pPr>
            <w:spacing w:after="0"/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1247"/>
    </w:tblGrid>
    <w:tr w:rsidR="005C4D45" w14:paraId="1A1913B9" w14:textId="77777777">
      <w:trPr>
        <w:jc w:val="center"/>
      </w:trPr>
      <w:tc>
        <w:tcPr>
          <w:tcW w:w="1247" w:type="dxa"/>
          <w:tcMar>
            <w:top w:w="0" w:type="dxa"/>
            <w:left w:w="0" w:type="dxa"/>
            <w:bottom w:w="0" w:type="dxa"/>
            <w:right w:w="80" w:type="dxa"/>
          </w:tcMar>
          <w:vAlign w:val="center"/>
        </w:tcPr>
        <w:p w14:paraId="7E8615BE" w14:textId="77777777" w:rsidR="003B0EAC" w:rsidRDefault="003B0EAC">
          <w:pPr>
            <w:pStyle w:val="Header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ro-RO"/>
            </w:rPr>
            <w:t>2</w:t>
          </w:r>
          <w: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76F72A3A"/>
    <w:multiLevelType w:val="hybridMultilevel"/>
    <w:tmpl w:val="64C69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4477"/>
    <w:rsid w:val="0006063C"/>
    <w:rsid w:val="0009489A"/>
    <w:rsid w:val="0015074B"/>
    <w:rsid w:val="00162648"/>
    <w:rsid w:val="0021106F"/>
    <w:rsid w:val="002845A6"/>
    <w:rsid w:val="0029639D"/>
    <w:rsid w:val="00310A1B"/>
    <w:rsid w:val="00326F90"/>
    <w:rsid w:val="003736F4"/>
    <w:rsid w:val="003B0EAC"/>
    <w:rsid w:val="003B179E"/>
    <w:rsid w:val="003C2ABB"/>
    <w:rsid w:val="00431E6A"/>
    <w:rsid w:val="00456C22"/>
    <w:rsid w:val="00496D6D"/>
    <w:rsid w:val="004D06CA"/>
    <w:rsid w:val="005272CA"/>
    <w:rsid w:val="00562E91"/>
    <w:rsid w:val="005C4D45"/>
    <w:rsid w:val="00651480"/>
    <w:rsid w:val="00666590"/>
    <w:rsid w:val="00703443"/>
    <w:rsid w:val="0074348B"/>
    <w:rsid w:val="007E29BB"/>
    <w:rsid w:val="008127FA"/>
    <w:rsid w:val="0083253D"/>
    <w:rsid w:val="00844A80"/>
    <w:rsid w:val="00870577"/>
    <w:rsid w:val="00910AB7"/>
    <w:rsid w:val="0095775B"/>
    <w:rsid w:val="009A130D"/>
    <w:rsid w:val="00A35771"/>
    <w:rsid w:val="00A4095F"/>
    <w:rsid w:val="00A658CF"/>
    <w:rsid w:val="00AA1D8D"/>
    <w:rsid w:val="00AA5576"/>
    <w:rsid w:val="00AB4BBC"/>
    <w:rsid w:val="00B04C82"/>
    <w:rsid w:val="00B47730"/>
    <w:rsid w:val="00B736E3"/>
    <w:rsid w:val="00BA0397"/>
    <w:rsid w:val="00C103F6"/>
    <w:rsid w:val="00CB0664"/>
    <w:rsid w:val="00D11C24"/>
    <w:rsid w:val="00D45FBF"/>
    <w:rsid w:val="00D90508"/>
    <w:rsid w:val="00DD6D54"/>
    <w:rsid w:val="00E13305"/>
    <w:rsid w:val="00E1752A"/>
    <w:rsid w:val="00E24BA2"/>
    <w:rsid w:val="00E97220"/>
    <w:rsid w:val="00EA6821"/>
    <w:rsid w:val="00F33DF1"/>
    <w:rsid w:val="00F35EA1"/>
    <w:rsid w:val="00F73186"/>
    <w:rsid w:val="00FB6F5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54F8D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9A13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before="2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9A130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16973A-65AD-4035-A40B-00CD71E82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Anunț de selecție a unui partener privat</vt:lpstr>
      <vt:lpstr>Anunț de selecție a unui partener privat</vt:lpstr>
    </vt:vector>
  </TitlesOfParts>
  <Manager/>
  <Company/>
  <LinksUpToDate>false</LinksUpToDate>
  <CharactersWithSpaces>3717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de selecție a unui partener privat</dc:title>
  <dc:subject>PEO 2021-2027 - Școli pentru viitor 2026</dc:subject>
  <dc:creator>Școala Gimnazială Ovid Densușianu Făgăraș</dc:creator>
  <cp:keywords/>
  <dc:description>generated by python-docx</dc:description>
  <cp:lastModifiedBy>mishu</cp:lastModifiedBy>
  <cp:revision>12</cp:revision>
  <dcterms:created xsi:type="dcterms:W3CDTF">2026-10-28T09:21:00Z</dcterms:created>
  <dcterms:modified xsi:type="dcterms:W3CDTF">2026-11-03T13:39:00Z</dcterms:modified>
  <cp:category/>
</cp:coreProperties>
</file>